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b/>
          <w:color w:val="1A2A6C"/>
          <w:sz w:val="40"/>
        </w:rPr>
        <w:t xml:space="preserve">SHAQ </w:t>
      </w:r>
      <w:r>
        <w:rPr>
          <w:b/>
          <w:color w:val="0F7A8D"/>
          <w:sz w:val="40"/>
        </w:rPr>
        <w:t>LOGISTICS</w:t>
      </w:r>
      <w:r>
        <w:rPr>
          <w:color w:val="888888"/>
          <w:sz w:val="16"/>
        </w:rPr>
        <w:br/>
        <w:t>Smart Freight Rate Platform</w:t>
      </w:r>
    </w:p>
    <w:p>
      <w:pPr>
        <w:jc w:val="right"/>
      </w:pPr>
      <w:r>
        <w:rPr>
          <w:b/>
          <w:color w:val="1A2A6C"/>
          <w:sz w:val="32"/>
        </w:rPr>
        <w:t>FREIGHT QUOTE</w:t>
      </w:r>
      <w:r>
        <w:rPr>
          <w:color w:val="555555"/>
          <w:sz w:val="20"/>
        </w:rPr>
        <w:br/>
        <w:t>No. SHAQ-QD-CONST-260821</w:t>
      </w:r>
    </w:p>
    <w:p>
      <w:r>
        <w:t>________________________________________________________________________________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>
              <w:rPr>
                <w:color w:val="888888"/>
                <w:sz w:val="16"/>
              </w:rPr>
              <w:t>QUOTE DATE</w:t>
            </w:r>
          </w:p>
        </w:tc>
        <w:tc>
          <w:tcPr>
            <w:tcW w:type="dxa" w:w="3324"/>
          </w:tcPr>
          <w:p>
            <w:r>
              <w:rPr>
                <w:color w:val="888888"/>
                <w:sz w:val="16"/>
              </w:rPr>
              <w:t>VALID UNTIL</w:t>
            </w:r>
          </w:p>
        </w:tc>
        <w:tc>
          <w:tcPr>
            <w:tcW w:type="dxa" w:w="3324"/>
          </w:tcPr>
          <w:p>
            <w:r>
              <w:rPr>
                <w:color w:val="888888"/>
                <w:sz w:val="16"/>
              </w:rPr>
              <w:t>ISSUED BY</w:t>
            </w:r>
          </w:p>
        </w:tc>
      </w:tr>
      <w:tr>
        <w:tc>
          <w:tcPr>
            <w:tcW w:type="dxa" w:w="3324"/>
          </w:tcPr>
          <w:p>
            <w:r>
              <w:rPr>
                <w:b/>
                <w:sz w:val="20"/>
              </w:rPr>
              <w:t>August 21, 2026</w:t>
            </w:r>
          </w:p>
        </w:tc>
        <w:tc>
          <w:tcPr>
            <w:tcW w:type="dxa" w:w="3324"/>
          </w:tcPr>
          <w:p>
            <w:r>
              <w:rPr>
                <w:b/>
                <w:sz w:val="20"/>
              </w:rPr>
              <w:t>September 3, 2026</w:t>
            </w:r>
          </w:p>
        </w:tc>
        <w:tc>
          <w:tcPr>
            <w:tcW w:type="dxa" w:w="3324"/>
          </w:tcPr>
          <w:p>
            <w:r>
              <w:rPr>
                <w:b/>
                <w:sz w:val="20"/>
              </w:rPr>
              <w:t>Aaron - SHAQ Logistics</w:t>
              <w:br/>
              <w:t>WhatsApp: +86 158 1850 5125</w:t>
            </w:r>
          </w:p>
        </w:tc>
      </w:tr>
    </w:tbl>
    <w:p/>
    <w:p>
      <w:pPr>
        <w:jc w:val="center"/>
      </w:pPr>
      <w:r>
        <w:rPr>
          <w:b/>
          <w:color w:val="1A2A6C"/>
          <w:sz w:val="24"/>
        </w:rPr>
        <w:t>QDO (Qingdao, China)  -&gt;  CND (Constanta, Romania)  -&gt;  MAERSK (1 x 40HC)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fill="1a2a6c"/>
          </w:tcPr>
          <w:p>
            <w:r>
              <w:rPr>
                <w:b/>
                <w:color w:val="FFFFFF"/>
                <w:sz w:val="18"/>
              </w:rPr>
              <w:t>Description</w:t>
            </w:r>
          </w:p>
        </w:tc>
        <w:tc>
          <w:tcPr>
            <w:tcW w:type="dxa" w:w="2493"/>
            <w:shd w:fill="1a2a6c"/>
          </w:tcPr>
          <w:p>
            <w:pPr>
              <w:jc w:val="right"/>
            </w:pPr>
            <w:r>
              <w:rPr>
                <w:b/>
                <w:color w:val="FFFFFF"/>
                <w:sz w:val="18"/>
              </w:rPr>
              <w:t>Qty</w:t>
            </w:r>
          </w:p>
        </w:tc>
        <w:tc>
          <w:tcPr>
            <w:tcW w:type="dxa" w:w="2493"/>
            <w:shd w:fill="1a2a6c"/>
          </w:tcPr>
          <w:p>
            <w:pPr>
              <w:jc w:val="right"/>
            </w:pPr>
            <w:r>
              <w:rPr>
                <w:b/>
                <w:color w:val="FFFFFF"/>
                <w:sz w:val="18"/>
              </w:rPr>
              <w:t>Unit Price</w:t>
            </w:r>
          </w:p>
        </w:tc>
        <w:tc>
          <w:tcPr>
            <w:tcW w:type="dxa" w:w="2493"/>
            <w:shd w:fill="1a2a6c"/>
          </w:tcPr>
          <w:p>
            <w:pPr>
              <w:jc w:val="right"/>
            </w:pPr>
            <w:r>
              <w:rPr>
                <w:b/>
                <w:color w:val="FFFFFF"/>
                <w:sz w:val="18"/>
              </w:rPr>
              <w:t>Amount (USD)</w:t>
            </w:r>
          </w:p>
        </w:tc>
      </w:tr>
      <w:tr>
        <w:tc>
          <w:tcPr>
            <w:tcW w:type="dxa" w:w="2493"/>
          </w:tcPr>
          <w:p>
            <w:r>
              <w:rPr>
                <w:sz w:val="18"/>
              </w:rPr>
              <w:t>Ocean Freight, Qingdao -&gt; Constanta</w:t>
              <w:br/>
              <w:t>Carrier: Maersk - 40HC, transit ~45 days, free time 14 days</w:t>
            </w:r>
          </w:p>
        </w:tc>
        <w:tc>
          <w:tcPr>
            <w:tcW w:type="dxa" w:w="2493"/>
          </w:tcPr>
          <w:p>
            <w:pPr>
              <w:jc w:val="right"/>
            </w:pPr>
            <w:r>
              <w:rPr>
                <w:sz w:val="18"/>
              </w:rPr>
              <w:t>1</w:t>
            </w:r>
          </w:p>
        </w:tc>
        <w:tc>
          <w:tcPr>
            <w:tcW w:type="dxa" w:w="2493"/>
          </w:tcPr>
          <w:p>
            <w:pPr>
              <w:jc w:val="right"/>
            </w:pPr>
            <w:r>
              <w:rPr>
                <w:sz w:val="18"/>
              </w:rPr>
              <w:t>4,850.00</w:t>
            </w:r>
          </w:p>
        </w:tc>
        <w:tc>
          <w:tcPr>
            <w:tcW w:type="dxa" w:w="2493"/>
          </w:tcPr>
          <w:p>
            <w:pPr>
              <w:jc w:val="right"/>
            </w:pPr>
            <w:r>
              <w:rPr>
                <w:sz w:val="18"/>
              </w:rPr>
              <w:t>4,850.00</w:t>
            </w:r>
          </w:p>
        </w:tc>
      </w:tr>
      <w:tr>
        <w:tc>
          <w:tcPr>
            <w:tcW w:type="dxa" w:w="2493"/>
          </w:tcPr>
          <w:p>
            <w:r>
              <w:rPr>
                <w:sz w:val="18"/>
              </w:rPr>
              <w:t>Telex Release</w:t>
              <w:br/>
              <w:t>Per Bill of Lading</w:t>
            </w:r>
          </w:p>
        </w:tc>
        <w:tc>
          <w:tcPr>
            <w:tcW w:type="dxa" w:w="2493"/>
          </w:tcPr>
          <w:p>
            <w:pPr>
              <w:jc w:val="right"/>
            </w:pPr>
            <w:r>
              <w:rPr>
                <w:sz w:val="18"/>
              </w:rPr>
              <w:t>1</w:t>
            </w:r>
          </w:p>
        </w:tc>
        <w:tc>
          <w:tcPr>
            <w:tcW w:type="dxa" w:w="2493"/>
          </w:tcPr>
          <w:p>
            <w:pPr>
              <w:jc w:val="right"/>
            </w:pPr>
            <w:r>
              <w:rPr>
                <w:sz w:val="18"/>
              </w:rPr>
              <w:t>80.00</w:t>
            </w:r>
          </w:p>
        </w:tc>
        <w:tc>
          <w:tcPr>
            <w:tcW w:type="dxa" w:w="2493"/>
          </w:tcPr>
          <w:p>
            <w:pPr>
              <w:jc w:val="right"/>
            </w:pPr>
            <w:r>
              <w:rPr>
                <w:sz w:val="18"/>
              </w:rPr>
              <w:t>80.00</w:t>
            </w:r>
          </w:p>
        </w:tc>
      </w:tr>
      <w:tr>
        <w:tc>
          <w:tcPr>
            <w:tcW w:type="dxa" w:w="2493"/>
          </w:tcPr>
          <w:p>
            <w:r>
              <w:rPr>
                <w:b/>
                <w:color w:val="B21F1F"/>
                <w:sz w:val="24"/>
              </w:rPr>
              <w:t>TOTAL</w:t>
            </w:r>
          </w:p>
        </w:tc>
        <w:tc>
          <w:tcPr>
            <w:tcW w:type="dxa" w:w="2493"/>
          </w:tcPr>
          <w:p>
            <w:pPr>
              <w:jc w:val="right"/>
            </w:pPr>
            <w:r>
              <w:rPr>
                <w:b/>
                <w:color w:val="B21F1F"/>
                <w:sz w:val="24"/>
              </w:rPr>
            </w:r>
          </w:p>
        </w:tc>
        <w:tc>
          <w:tcPr>
            <w:tcW w:type="dxa" w:w="2493"/>
          </w:tcPr>
          <w:p>
            <w:pPr>
              <w:jc w:val="right"/>
            </w:pPr>
            <w:r>
              <w:rPr>
                <w:b/>
                <w:color w:val="B21F1F"/>
                <w:sz w:val="24"/>
              </w:rPr>
            </w:r>
          </w:p>
        </w:tc>
        <w:tc>
          <w:tcPr>
            <w:tcW w:type="dxa" w:w="2493"/>
          </w:tcPr>
          <w:p>
            <w:pPr>
              <w:jc w:val="right"/>
            </w:pPr>
            <w:r>
              <w:rPr>
                <w:b/>
                <w:color w:val="B21F1F"/>
                <w:sz w:val="24"/>
              </w:rPr>
              <w:t>USD 4,930.00</w:t>
            </w:r>
          </w:p>
        </w:tc>
      </w:tr>
    </w:tbl>
    <w:p/>
    <w:p>
      <w:pPr>
        <w:jc w:val="center"/>
      </w:pPr>
      <w:r>
        <w:rPr>
          <w:b/>
          <w:color w:val="7A5C00"/>
          <w:sz w:val="20"/>
        </w:rPr>
        <w:t>This rate is valid until September 3, 2026 - lock now to secure.</w:t>
      </w:r>
    </w:p>
    <w:p/>
    <w:p>
      <w:r>
        <w:rPr>
          <w:b/>
          <w:color w:val="1A2A6C"/>
          <w:sz w:val="20"/>
        </w:rPr>
        <w:t>SHIPMENT DETAILS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color w:val="888888"/>
                <w:sz w:val="18"/>
              </w:rPr>
              <w:t>Service Type</w:t>
            </w:r>
          </w:p>
        </w:tc>
        <w:tc>
          <w:tcPr>
            <w:tcW w:type="dxa" w:w="4986"/>
          </w:tcPr>
          <w:p>
            <w:r>
              <w:rPr>
                <w:b/>
                <w:sz w:val="18"/>
              </w:rPr>
              <w:t>Ocean Freight (FCL)</w:t>
            </w:r>
          </w:p>
        </w:tc>
      </w:tr>
      <w:tr>
        <w:tc>
          <w:tcPr>
            <w:tcW w:type="dxa" w:w="4986"/>
          </w:tcPr>
          <w:p>
            <w:r>
              <w:rPr>
                <w:color w:val="888888"/>
                <w:sz w:val="18"/>
              </w:rPr>
              <w:t>Carrier</w:t>
            </w:r>
          </w:p>
        </w:tc>
        <w:tc>
          <w:tcPr>
            <w:tcW w:type="dxa" w:w="4986"/>
          </w:tcPr>
          <w:p>
            <w:r>
              <w:rPr>
                <w:b/>
                <w:sz w:val="18"/>
              </w:rPr>
              <w:t>Maersk</w:t>
            </w:r>
          </w:p>
        </w:tc>
      </w:tr>
      <w:tr>
        <w:tc>
          <w:tcPr>
            <w:tcW w:type="dxa" w:w="4986"/>
          </w:tcPr>
          <w:p>
            <w:r>
              <w:rPr>
                <w:color w:val="888888"/>
                <w:sz w:val="18"/>
              </w:rPr>
              <w:t>Origin Port</w:t>
            </w:r>
          </w:p>
        </w:tc>
        <w:tc>
          <w:tcPr>
            <w:tcW w:type="dxa" w:w="4986"/>
          </w:tcPr>
          <w:p>
            <w:r>
              <w:rPr>
                <w:b/>
                <w:sz w:val="18"/>
              </w:rPr>
              <w:t>Qingdao, China (CNQIN)</w:t>
            </w:r>
          </w:p>
        </w:tc>
      </w:tr>
      <w:tr>
        <w:tc>
          <w:tcPr>
            <w:tcW w:type="dxa" w:w="4986"/>
          </w:tcPr>
          <w:p>
            <w:r>
              <w:rPr>
                <w:color w:val="888888"/>
                <w:sz w:val="18"/>
              </w:rPr>
              <w:t>Destination Port</w:t>
            </w:r>
          </w:p>
        </w:tc>
        <w:tc>
          <w:tcPr>
            <w:tcW w:type="dxa" w:w="4986"/>
          </w:tcPr>
          <w:p>
            <w:r>
              <w:rPr>
                <w:b/>
                <w:sz w:val="18"/>
              </w:rPr>
              <w:t>Constanta, Romania</w:t>
            </w:r>
          </w:p>
        </w:tc>
      </w:tr>
      <w:tr>
        <w:tc>
          <w:tcPr>
            <w:tcW w:type="dxa" w:w="4986"/>
          </w:tcPr>
          <w:p>
            <w:r>
              <w:rPr>
                <w:color w:val="888888"/>
                <w:sz w:val="18"/>
              </w:rPr>
              <w:t>Container</w:t>
            </w:r>
          </w:p>
        </w:tc>
        <w:tc>
          <w:tcPr>
            <w:tcW w:type="dxa" w:w="4986"/>
          </w:tcPr>
          <w:p>
            <w:r>
              <w:rPr>
                <w:b/>
                <w:sz w:val="18"/>
              </w:rPr>
              <w:t>1 x 40HC (40' High Cube)</w:t>
            </w:r>
          </w:p>
        </w:tc>
      </w:tr>
      <w:tr>
        <w:tc>
          <w:tcPr>
            <w:tcW w:type="dxa" w:w="4986"/>
          </w:tcPr>
          <w:p>
            <w:r>
              <w:rPr>
                <w:color w:val="888888"/>
                <w:sz w:val="18"/>
              </w:rPr>
              <w:t>Transit Time</w:t>
            </w:r>
          </w:p>
        </w:tc>
        <w:tc>
          <w:tcPr>
            <w:tcW w:type="dxa" w:w="4986"/>
          </w:tcPr>
          <w:p>
            <w:r>
              <w:rPr>
                <w:b/>
                <w:sz w:val="18"/>
              </w:rPr>
              <w:t>Approx. 45 Days</w:t>
            </w:r>
          </w:p>
        </w:tc>
      </w:tr>
      <w:tr>
        <w:tc>
          <w:tcPr>
            <w:tcW w:type="dxa" w:w="4986"/>
          </w:tcPr>
          <w:p>
            <w:r>
              <w:rPr>
                <w:color w:val="888888"/>
                <w:sz w:val="18"/>
              </w:rPr>
              <w:t>Free Time</w:t>
            </w:r>
          </w:p>
        </w:tc>
        <w:tc>
          <w:tcPr>
            <w:tcW w:type="dxa" w:w="4986"/>
          </w:tcPr>
          <w:p>
            <w:r>
              <w:rPr>
                <w:b/>
                <w:sz w:val="18"/>
              </w:rPr>
              <w:t>14 Days</w:t>
            </w:r>
          </w:p>
        </w:tc>
      </w:tr>
      <w:tr>
        <w:tc>
          <w:tcPr>
            <w:tcW w:type="dxa" w:w="4986"/>
          </w:tcPr>
          <w:p>
            <w:r>
              <w:rPr>
                <w:color w:val="888888"/>
                <w:sz w:val="18"/>
              </w:rPr>
              <w:t>Currency</w:t>
            </w:r>
          </w:p>
        </w:tc>
        <w:tc>
          <w:tcPr>
            <w:tcW w:type="dxa" w:w="4986"/>
          </w:tcPr>
          <w:p>
            <w:r>
              <w:rPr>
                <w:b/>
                <w:sz w:val="18"/>
              </w:rPr>
              <w:t>USD</w:t>
            </w:r>
          </w:p>
        </w:tc>
      </w:tr>
      <w:tr>
        <w:tc>
          <w:tcPr>
            <w:tcW w:type="dxa" w:w="4986"/>
          </w:tcPr>
          <w:p>
            <w:r>
              <w:rPr>
                <w:color w:val="888888"/>
                <w:sz w:val="18"/>
              </w:rPr>
              <w:t>Validity</w:t>
            </w:r>
          </w:p>
        </w:tc>
        <w:tc>
          <w:tcPr>
            <w:tcW w:type="dxa" w:w="4986"/>
          </w:tcPr>
          <w:p>
            <w:r>
              <w:rPr>
                <w:b/>
                <w:sz w:val="18"/>
              </w:rPr>
              <w:t>September 3, 2026</w:t>
            </w:r>
          </w:p>
        </w:tc>
      </w:tr>
    </w:tbl>
    <w:p/>
    <w:p>
      <w:r>
        <w:rPr>
          <w:b/>
          <w:color w:val="1A2A6C"/>
          <w:sz w:val="20"/>
        </w:rPr>
        <w:t>TERMS &amp; REMARKS</w:t>
      </w:r>
    </w:p>
    <w:p>
      <w:r>
        <w:rPr>
          <w:color w:val="555555"/>
          <w:sz w:val="18"/>
        </w:rPr>
        <w:t>- Freight rates are subject to space availability and carrier schedule at time of booking.</w:t>
      </w:r>
    </w:p>
    <w:p>
      <w:r>
        <w:rPr>
          <w:color w:val="555555"/>
          <w:sz w:val="18"/>
        </w:rPr>
        <w:t>- Free time: 14 days at destination. Demurrage/detention applies thereafter per Maersk tariff.</w:t>
      </w:r>
    </w:p>
    <w:p>
      <w:r>
        <w:rPr>
          <w:color w:val="555555"/>
          <w:sz w:val="18"/>
        </w:rPr>
        <w:t>- Telex release fee covers electronic B/L release; original B/L not required.</w:t>
      </w:r>
    </w:p>
    <w:p>
      <w:r>
        <w:rPr>
          <w:color w:val="555555"/>
          <w:sz w:val="18"/>
        </w:rPr>
        <w:t>- All charges are quoted in USD. Currency conversion fees borne by consignee.</w:t>
      </w:r>
    </w:p>
    <w:p/>
    <w:p>
      <w:r>
        <w:t>________________________________________________________________________________</w:t>
      </w:r>
    </w:p>
    <w:p>
      <w:pPr>
        <w:jc w:val="center"/>
      </w:pPr>
      <w:r>
        <w:rPr>
          <w:color w:val="888888"/>
          <w:sz w:val="16"/>
        </w:rPr>
        <w:t>SHAQ Logistics - Room 3702, Long Park Chong Chin Building, No. 2010 Bao'an South Road, Luohu District, Shenzhen, China</w:t>
      </w:r>
    </w:p>
    <w:p>
      <w:pPr>
        <w:jc w:val="center"/>
      </w:pPr>
      <w:r>
        <w:rPr>
          <w:color w:val="1A2A6C"/>
          <w:sz w:val="16"/>
        </w:rPr>
        <w:t>search.shaq-logistics.com</w:t>
      </w:r>
    </w:p>
    <w:sectPr w:rsidR="00FC693F" w:rsidRPr="0006063C" w:rsidSect="00034616">
      <w:pgSz w:w="12240" w:h="15840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