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4"/>
        </w:rPr>
        <w:t xml:space="preserve">SHAQ </w:t>
      </w:r>
      <w:r>
        <w:rPr>
          <w:b/>
          <w:color w:val="0F7A8D"/>
          <w:sz w:val="44"/>
        </w:rPr>
        <w:t>LOGISTICS</w:t>
      </w:r>
    </w:p>
    <w:p>
      <w:r>
        <w:rPr>
          <w:color w:val="888888"/>
          <w:sz w:val="16"/>
        </w:rPr>
        <w:t>PLATAFORMA INTELIGENTE DE TARIFAS DE FLETE</w:t>
      </w:r>
    </w:p>
    <w:p>
      <w:pPr>
        <w:jc w:val="right"/>
      </w:pPr>
      <w:r>
        <w:rPr>
          <w:b/>
          <w:color w:val="1A2A6C"/>
          <w:sz w:val="32"/>
        </w:rPr>
        <w:t>COTIZACIÓN DE FLETE</w:t>
      </w:r>
    </w:p>
    <w:p>
      <w:pPr>
        <w:jc w:val="right"/>
      </w:pPr>
      <w:r>
        <w:rPr>
          <w:color w:val="888888"/>
          <w:sz w:val="20"/>
        </w:rPr>
        <w:t>No. SHAQ-NGB-GYE-260825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</w:tcPr>
          <w:p>
            <w:r/>
            <w:r>
              <w:rPr>
                <w:b/>
                <w:color w:val="888888"/>
                <w:sz w:val="17"/>
              </w:rPr>
              <w:t>Fecha de Cotización</w:t>
            </w:r>
          </w:p>
        </w:tc>
        <w:tc>
          <w:tcPr>
            <w:tcW w:type="dxa" w:w="3312"/>
          </w:tcPr>
          <w:p>
            <w:r/>
            <w:r>
              <w:rPr>
                <w:b/>
                <w:color w:val="888888"/>
                <w:sz w:val="17"/>
              </w:rPr>
              <w:t>Válida Hasta</w:t>
            </w:r>
          </w:p>
        </w:tc>
        <w:tc>
          <w:tcPr>
            <w:tcW w:type="dxa" w:w="3312"/>
          </w:tcPr>
          <w:p>
            <w:r/>
            <w:r>
              <w:rPr>
                <w:b/>
                <w:color w:val="888888"/>
                <w:sz w:val="17"/>
              </w:rPr>
              <w:t>Emitida Por</w:t>
            </w:r>
          </w:p>
        </w:tc>
      </w:tr>
      <w:tr>
        <w:tc>
          <w:tcPr>
            <w:tcW w:type="dxa" w:w="3312"/>
          </w:tcPr>
          <w:p>
            <w:r/>
            <w:r>
              <w:rPr>
                <w:sz w:val="20"/>
              </w:rPr>
              <w:t>25 de agosto de 2026</w:t>
            </w:r>
          </w:p>
        </w:tc>
        <w:tc>
          <w:tcPr>
            <w:tcW w:type="dxa" w:w="3312"/>
          </w:tcPr>
          <w:p>
            <w:r/>
            <w:r>
              <w:rPr>
                <w:sz w:val="20"/>
              </w:rPr>
              <w:t>31 de agosto de 2026</w:t>
            </w:r>
          </w:p>
        </w:tc>
        <w:tc>
          <w:tcPr>
            <w:tcW w:type="dxa" w:w="3312"/>
          </w:tcPr>
          <w:p>
            <w:r/>
            <w:r>
              <w:rPr>
                <w:sz w:val="20"/>
              </w:rPr>
              <w:t>Aaron — SHAQ Logistics</w:t>
            </w:r>
          </w:p>
          <w:p>
            <w:r>
              <w:rPr>
                <w:sz w:val="20"/>
              </w:rPr>
              <w:t>WhatsApp: +86 158 1850 5125</w:t>
            </w:r>
          </w:p>
        </w:tc>
      </w:tr>
    </w:tbl>
    <w:p/>
    <w:p>
      <w:pPr>
        <w:jc w:val="center"/>
      </w:pPr>
      <w:r>
        <w:rPr>
          <w:b/>
          <w:color w:val="1A2A6C"/>
          <w:sz w:val="24"/>
        </w:rPr>
        <w:t>NINGBO (NGB), CHINA  →  GUAYAQUIL (GYE), ECUADOR  ·  COSCO  ·  1 x 40HC  ·  FOB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/>
            <w:r>
              <w:rPr>
                <w:b/>
                <w:color w:val="1A2A6C"/>
                <w:sz w:val="19"/>
              </w:rPr>
              <w:t>Descripción</w:t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1A2A6C"/>
                <w:sz w:val="19"/>
              </w:rPr>
              <w:t>Cant.</w:t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1A2A6C"/>
                <w:sz w:val="19"/>
              </w:rPr>
              <w:t>Precio Unitario</w:t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1A2A6C"/>
                <w:sz w:val="19"/>
              </w:rPr>
              <w:t>Importe (USD)</w:t>
            </w:r>
          </w:p>
        </w:tc>
      </w:tr>
      <w:tr>
        <w:tc>
          <w:tcPr>
            <w:tcW w:type="dxa" w:w="2484"/>
          </w:tcPr>
          <w:p>
            <w:r/>
            <w:r>
              <w:rPr>
                <w:sz w:val="18"/>
              </w:rPr>
              <w:t>Flete Marítimo, Ningbo → Guayaquil (Naviera: COSCO — 40HC, tránsito aprox. 33 días, tiempo libre 21 días, ETD 10/09, ETA 14/10)</w:t>
            </w:r>
          </w:p>
        </w:tc>
        <w:tc>
          <w:tcPr>
            <w:tcW w:type="dxa" w:w="2484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2484"/>
          </w:tcPr>
          <w:p>
            <w:r/>
            <w:r>
              <w:rPr>
                <w:sz w:val="19"/>
              </w:rPr>
              <w:t>6,700.00</w:t>
            </w:r>
          </w:p>
        </w:tc>
        <w:tc>
          <w:tcPr>
            <w:tcW w:type="dxa" w:w="2484"/>
          </w:tcPr>
          <w:p>
            <w:r/>
            <w:r>
              <w:rPr>
                <w:sz w:val="19"/>
              </w:rPr>
              <w:t>6,700.00</w:t>
            </w:r>
          </w:p>
        </w:tc>
      </w:tr>
      <w:tr>
        <w:tc>
          <w:tcPr>
            <w:tcW w:type="dxa" w:w="2484"/>
          </w:tcPr>
          <w:p>
            <w:r/>
            <w:r>
              <w:rPr>
                <w:sz w:val="19"/>
              </w:rPr>
              <w:t>Telex Release (por Bill of Lading)</w:t>
            </w:r>
          </w:p>
        </w:tc>
        <w:tc>
          <w:tcPr>
            <w:tcW w:type="dxa" w:w="2484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2484"/>
          </w:tcPr>
          <w:p>
            <w:r/>
            <w:r>
              <w:rPr>
                <w:sz w:val="19"/>
              </w:rPr>
              <w:t>80.00</w:t>
            </w:r>
          </w:p>
        </w:tc>
        <w:tc>
          <w:tcPr>
            <w:tcW w:type="dxa" w:w="2484"/>
          </w:tcPr>
          <w:p>
            <w:r/>
            <w:r>
              <w:rPr>
                <w:sz w:val="19"/>
              </w:rPr>
              <w:t>80.00</w:t>
            </w:r>
          </w:p>
        </w:tc>
      </w:tr>
      <w:tr>
        <w:tc>
          <w:tcPr>
            <w:tcW w:type="dxa" w:w="2484"/>
          </w:tcPr>
          <w:p>
            <w:r/>
            <w:r>
              <w:rPr>
                <w:sz w:val="19"/>
              </w:rPr>
              <w:t>DTHC — Gastos de Manipulación en Destino (por contenedor 40HC)</w:t>
            </w:r>
          </w:p>
        </w:tc>
        <w:tc>
          <w:tcPr>
            <w:tcW w:type="dxa" w:w="2484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2484"/>
          </w:tcPr>
          <w:p>
            <w:r/>
            <w:r>
              <w:rPr>
                <w:sz w:val="19"/>
              </w:rPr>
              <w:t>210.00</w:t>
            </w:r>
          </w:p>
        </w:tc>
        <w:tc>
          <w:tcPr>
            <w:tcW w:type="dxa" w:w="2484"/>
          </w:tcPr>
          <w:p>
            <w:r/>
            <w:r>
              <w:rPr>
                <w:sz w:val="19"/>
              </w:rPr>
              <w:t>210.00</w:t>
            </w:r>
          </w:p>
        </w:tc>
      </w:tr>
      <w:tr>
        <w:tc>
          <w:tcPr>
            <w:tcW w:type="dxa" w:w="2484"/>
          </w:tcPr>
          <w:p>
            <w:r/>
            <w:r>
              <w:rPr>
                <w:sz w:val="19"/>
              </w:rPr>
              <w:t>D/O — Orden de Entrega (por Bill of Lading)</w:t>
            </w:r>
          </w:p>
        </w:tc>
        <w:tc>
          <w:tcPr>
            <w:tcW w:type="dxa" w:w="2484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2484"/>
          </w:tcPr>
          <w:p>
            <w:r/>
            <w:r>
              <w:rPr>
                <w:sz w:val="19"/>
              </w:rPr>
              <w:t>75.00</w:t>
            </w:r>
          </w:p>
        </w:tc>
        <w:tc>
          <w:tcPr>
            <w:tcW w:type="dxa" w:w="2484"/>
          </w:tcPr>
          <w:p>
            <w:r/>
            <w:r>
              <w:rPr>
                <w:sz w:val="19"/>
              </w:rPr>
              <w:t>75.00</w:t>
            </w:r>
          </w:p>
        </w:tc>
      </w:tr>
      <w:tr>
        <w:tc>
          <w:tcPr>
            <w:tcW w:type="dxa" w:w="2484"/>
          </w:tcPr>
          <w:p>
            <w:r/>
            <w:r>
              <w:rPr>
                <w:b/>
                <w:color w:val="B21F1F"/>
                <w:sz w:val="22"/>
              </w:rPr>
              <w:t>TOTAL</w:t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B21F1F"/>
                <w:sz w:val="22"/>
              </w:rPr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B21F1F"/>
                <w:sz w:val="22"/>
              </w:rPr>
            </w:r>
          </w:p>
        </w:tc>
        <w:tc>
          <w:tcPr>
            <w:tcW w:type="dxa" w:w="2484"/>
          </w:tcPr>
          <w:p>
            <w:pPr>
              <w:jc w:val="right"/>
            </w:pPr>
            <w:r/>
            <w:r>
              <w:rPr>
                <w:b/>
                <w:color w:val="B21F1F"/>
                <w:sz w:val="22"/>
              </w:rPr>
              <w:t>USD 7,065.00</w:t>
            </w:r>
          </w:p>
        </w:tc>
      </w:tr>
    </w:tbl>
    <w:p/>
    <w:p>
      <w:pPr>
        <w:jc w:val="center"/>
      </w:pPr>
      <w:r>
        <w:rPr>
          <w:b/>
          <w:color w:val="7A5C00"/>
          <w:sz w:val="20"/>
        </w:rPr>
        <w:t>Esta tarifa es válida hasta el 31 de agosto de 2026 — resérvela ahora para asegurar el espacio.</w:t>
      </w:r>
    </w:p>
    <w:p/>
    <w:p>
      <w:r>
        <w:rPr>
          <w:b/>
          <w:color w:val="1A2A6C"/>
          <w:sz w:val="22"/>
        </w:rPr>
        <w:t>DETALLES DEL EMBARQUE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Tipo de Servicio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Flete Marítimo (FCL)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Naviera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COSCO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Puerto de Origen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Ningbo, China (CNNGB)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Puerto de Destino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Guayaquil, Ecuador (ECGYE)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Contenedor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1 x 40HC (40' High Cube)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Término de Venta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FOB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Tiempo de Tránsito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Aprox. 33 Días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Tiempo Libre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21 Días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ETD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10 de septiembre de 2026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ETA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14 de octubre de 2026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Moneda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USD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Validez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31 de agosto de 2026</w:t>
            </w:r>
          </w:p>
        </w:tc>
      </w:tr>
    </w:tbl>
    <w:p/>
    <w:p>
      <w:r>
        <w:rPr>
          <w:b/>
          <w:color w:val="1A2A6C"/>
          <w:sz w:val="22"/>
        </w:rPr>
        <w:t>TÉRMINOS Y OBSERVACIONES</w:t>
      </w:r>
    </w:p>
    <w:p>
      <w:pPr>
        <w:pStyle w:val="ListBullet"/>
      </w:pPr>
      <w:r>
        <w:rPr>
          <w:sz w:val="19"/>
        </w:rPr>
        <w:t>Las tarifas de flete están sujetas a la disponibilidad de espacio y al itinerario de la naviera al momento de la reserva.</w:t>
      </w:r>
    </w:p>
    <w:p>
      <w:pPr>
        <w:pStyle w:val="ListBullet"/>
      </w:pPr>
      <w:r>
        <w:rPr>
          <w:sz w:val="19"/>
        </w:rPr>
        <w:t>Tiempo libre: 21 días en destino. Después de este período aplican demoras según la tarifa de COSCO.</w:t>
      </w:r>
    </w:p>
    <w:p>
      <w:pPr>
        <w:pStyle w:val="ListBullet"/>
      </w:pPr>
      <w:r>
        <w:rPr>
          <w:sz w:val="19"/>
        </w:rPr>
        <w:t>El cargo de Telex Release cubre la liberación electrónica del B/L; no se requiere B/L original.</w:t>
      </w:r>
    </w:p>
    <w:p>
      <w:pPr>
        <w:pStyle w:val="ListBullet"/>
      </w:pPr>
      <w:r>
        <w:rPr>
          <w:sz w:val="19"/>
        </w:rPr>
        <w:t>DTHC y D/O son cargos de destino que se facturan por adelantado junto con el flete.</w:t>
      </w:r>
    </w:p>
    <w:p>
      <w:pPr>
        <w:pStyle w:val="ListBullet"/>
      </w:pPr>
      <w:r>
        <w:rPr>
          <w:sz w:val="19"/>
        </w:rPr>
        <w:t>Todos los cargos están cotizados en USD. Los gastos de conversión de moneda corren por cuenta del consignatario.</w:t>
      </w:r>
    </w:p>
    <w:p/>
    <w:p>
      <w:pPr>
        <w:jc w:val="center"/>
      </w:pPr>
      <w:r>
        <w:rPr>
          <w:b/>
          <w:color w:val="1A2A6C"/>
          <w:sz w:val="20"/>
        </w:rPr>
        <w:t>WhatsApp Aaron: +86 158 1850 5125  ·  search.shaq-logistics.com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